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VName"/>
        <w:suppressAutoHyphens w:val="1"/>
      </w:pPr>
      <w:r>
        <w:t>ALEKSANDRA KALETA</w:t>
      </w:r>
    </w:p>
    <w:p>
      <w:pPr>
        <w:pStyle w:val="CVTitle"/>
        <w:suppressAutoHyphens w:val="1"/>
      </w:pPr>
      <w:r>
        <w:t>PRODUCT DESIGNER</w:t>
      </w:r>
    </w:p>
    <w:p>
      <w:pPr>
        <w:pStyle w:val="CVContact"/>
        <w:suppressAutoHyphens w:val="1"/>
      </w:pPr>
      <w:r>
        <w:t xml:space="preserve">Email: </w:t>
      </w:r>
      <w:hyperlink r:id="rId9">
        <w:r>
          <w:rPr>
            <w:color w:val="222C35"/>
            <w:rFonts w:ascii="Arial" w:hAnsi="Arial"/>
            <w:sz w:val="20"/>
          </w:rPr>
          <w:t>aleksandrakaleta96@gmail.com</w:t>
        </w:r>
      </w:hyperlink>
    </w:p>
    <w:p>
      <w:pPr>
        <w:pStyle w:val="CVContact"/>
        <w:suppressAutoHyphens w:val="1"/>
      </w:pPr>
      <w:r>
        <w:t xml:space="preserve">LinkedIn: </w:t>
      </w:r>
      <w:hyperlink r:id="rId10">
        <w:r>
          <w:rPr>
            <w:color w:val="222C35"/>
            <w:rFonts w:ascii="Arial" w:hAnsi="Arial"/>
            <w:sz w:val="20"/>
          </w:rPr>
          <w:t>https://www.linkedin.com/in/alekaleta/</w:t>
        </w:r>
      </w:hyperlink>
    </w:p>
    <w:p>
      <w:pPr>
        <w:pStyle w:val="CVSection"/>
        <w:suppressAutoHyphens w:val="1"/>
      </w:pPr>
      <w:r>
        <w:t>Professional Summary</w:t>
      </w:r>
    </w:p>
    <w:p>
      <w:pPr>
        <w:pStyle w:val="CVContent"/>
        <w:suppressAutoHyphens w:val="1"/>
      </w:pPr>
      <w:r>
        <w:t>UX/UI Designer experienced in complex enterprise products and AI-assisted experiences. I turn business and user requirements into clear, intuitive flows, interfaces and prototypes, working closely with product, development and stakeholders.</w:t>
      </w:r>
    </w:p>
    <w:p>
      <w:pPr>
        <w:pStyle w:val="CVSection"/>
        <w:suppressAutoHyphens w:val="1"/>
      </w:pPr>
      <w:r>
        <w:t>Work Experience</w:t>
      </w:r>
    </w:p>
    <w:p>
      <w:pPr>
        <w:pStyle w:val="CVRole"/>
        <w:suppressAutoHyphens w:val="1"/>
      </w:pPr>
      <w:r>
        <w:t>UX/UI Specialist | Capgemini | 2021 - Present</w:t>
      </w:r>
    </w:p>
    <w:p>
      <w:pPr>
        <w:pStyle w:val="CVContent"/>
        <w:suppressAutoHyphens w:val="1"/>
      </w:pPr>
      <w:r>
        <w:t>Designing enterprise products across service management, employee experience and AI-assisted support.</w:t>
      </w:r>
    </w:p>
    <w:p>
      <w:pPr>
        <w:pStyle w:val="CVProject"/>
        <w:suppressAutoHyphens w:val="1"/>
      </w:pPr>
      <w:r>
        <w:t>Enterprise Experience Management Platform</w:t>
      </w:r>
    </w:p>
    <w:p>
      <w:pPr>
        <w:pStyle w:val="CVContent"/>
        <w:suppressAutoHyphens w:val="1"/>
      </w:pPr>
      <w:r>
        <w:t>Designed and evolved a multi-module platform supporting employee experience, service management, monitoring and administration. Worked across complex configuration flows, dashboards, knowledge management experiences and operational tools, with a focus on consistency, scalability and clear information architecture.</w:t>
      </w:r>
    </w:p>
    <w:p>
      <w:pPr>
        <w:pStyle w:val="CVProject"/>
        <w:suppressAutoHyphens w:val="1"/>
      </w:pPr>
      <w:r>
        <w:t>AI-Assisted Service Desk Platform</w:t>
      </w:r>
    </w:p>
    <w:p>
      <w:pPr>
        <w:pStyle w:val="CVContent"/>
        <w:suppressAutoHyphens w:val="1"/>
      </w:pPr>
      <w:r>
        <w:t>Led a complete redesign of a legacy service desk platform, deconstructing the existing product, gathering knowledge across the team and rebuilding the experience from the ground up to improve agent workflows. The new platform covered chat, calls, ticketing, knowledge support, admin configuration and integrations with tools such as Nexthink and Systrack.</w:t>
      </w:r>
    </w:p>
    <w:p>
      <w:pPr>
        <w:pStyle w:val="CVSection"/>
        <w:suppressAutoHyphens w:val="1"/>
      </w:pPr>
      <w:r>
        <w:t>Skills</w:t>
      </w:r>
    </w:p>
    <w:p>
      <w:pPr>
        <w:pStyle w:val="CVSkills"/>
        <w:suppressAutoHyphens w:val="1"/>
      </w:pPr>
      <w:r>
        <w:rPr>
          <w:b/>
        </w:rPr>
        <w:t xml:space="preserve">Design: </w:t>
      </w:r>
      <w:r>
        <w:t>Figma · FigJam · Figma Make · Wireframing · Prototyping · Design systems · Accessibility</w:t>
      </w:r>
    </w:p>
    <w:p>
      <w:pPr>
        <w:pStyle w:val="CVSkills"/>
        <w:suppressAutoHyphens w:val="1"/>
      </w:pPr>
      <w:r>
        <w:rPr>
          <w:b/>
        </w:rPr>
        <w:t xml:space="preserve">Platforms &amp; systems: </w:t>
      </w:r>
      <w:r>
        <w:t>ServiceNow · MUI · shadcn/ui · Power BI · SharePoint</w:t>
      </w:r>
    </w:p>
    <w:p>
      <w:pPr>
        <w:pStyle w:val="CVSkills"/>
        <w:suppressAutoHyphens w:val="1"/>
      </w:pPr>
      <w:r>
        <w:rPr>
          <w:b/>
        </w:rPr>
        <w:t xml:space="preserve">UX methods: </w:t>
      </w:r>
      <w:r>
        <w:t>User flows · Requirements analysis · Heuristic evaluation · Interviews · Workshops</w:t>
      </w:r>
    </w:p>
    <w:p>
      <w:pPr>
        <w:pStyle w:val="CVSection"/>
        <w:suppressAutoHyphens w:val="1"/>
      </w:pPr>
      <w:r>
        <w:t>Certifications</w:t>
      </w:r>
    </w:p>
    <w:p>
      <w:pPr>
        <w:pStyle w:val="CVItem"/>
        <w:suppressAutoHyphens w:val="1"/>
      </w:pPr>
      <w:r>
        <w:t>Advanced Figma - DesignLab</w:t>
      </w:r>
    </w:p>
    <w:p>
      <w:pPr>
        <w:pStyle w:val="CVItem"/>
        <w:suppressAutoHyphens w:val="1"/>
      </w:pPr>
      <w:r>
        <w:t>Mobile UX Strategy — Interaction Design Foundation</w:t>
      </w:r>
    </w:p>
    <w:p>
      <w:pPr>
        <w:pStyle w:val="CVItem"/>
        <w:suppressAutoHyphens w:val="1"/>
      </w:pPr>
      <w:r>
        <w:t>UX/UI Design from Scratch — Software Development Academy</w:t>
      </w:r>
    </w:p>
    <w:p>
      <w:pPr>
        <w:pStyle w:val="CVItem"/>
        <w:suppressAutoHyphens w:val="1"/>
      </w:pPr>
      <w:r>
        <w:t>APMG Facilitation Foundation</w:t>
      </w:r>
    </w:p>
    <w:p>
      <w:pPr>
        <w:pStyle w:val="CVItem"/>
        <w:suppressAutoHyphens w:val="1"/>
      </w:pPr>
      <w:r>
        <w:t>APMG Change Management Foundation</w:t>
      </w:r>
    </w:p>
    <w:p>
      <w:pPr>
        <w:pStyle w:val="CVSection"/>
        <w:suppressAutoHyphens w:val="1"/>
      </w:pPr>
      <w:r>
        <w:t>Education</w:t>
      </w:r>
    </w:p>
    <w:p>
      <w:pPr>
        <w:pStyle w:val="CVContent"/>
        <w:suppressAutoHyphens w:val="1"/>
      </w:pPr>
      <w:r>
        <w:t>BEng in Information and Communication Technology | Silesian University of Technology | 2015 - 2020</w:t>
      </w:r>
    </w:p>
    <w:p>
      <w:pPr>
        <w:pStyle w:val="CVSection"/>
        <w:suppressAutoHyphens w:val="1"/>
      </w:pPr>
      <w:r>
        <w:t>Languages</w:t>
      </w:r>
    </w:p>
    <w:p>
      <w:pPr>
        <w:pStyle w:val="CVContent"/>
        <w:suppressAutoHyphens w:val="1"/>
      </w:pPr>
      <w:r>
        <w:t>Polish - native | English - fluent</w:t>
      </w:r>
    </w:p>
    <w:p>
      <w:pPr>
        <w:pStyle w:val="CVSection"/>
        <w:suppressAutoHyphens w:val="1"/>
      </w:pPr>
      <w:r>
        <w:t>Interests</w:t>
      </w:r>
    </w:p>
    <w:p>
      <w:pPr>
        <w:pStyle w:val="CVContent"/>
        <w:suppressAutoHyphens w:val="1"/>
      </w:pPr>
      <w:r>
        <w:t>Content creation · Storytelling · Books · Dark history · Folklore · Pop culture</w:t>
      </w:r>
    </w:p>
    <w:p>
      <w:pPr>
        <w:pStyle w:val="CVSmall"/>
        <w:suppressAutoHyphens w:val="1"/>
      </w:pPr>
      <w:r>
        <w:t>I consent to the processing of my personal data contained in this CV for the purposes of current and future recruitment processes, in accordance with applicable data protection regulations.</w:t>
      </w:r>
    </w:p>
    <w:sectPr w:rsidR="00FC693F" w:rsidRPr="0006063C" w:rsidSect="00034616">
      <w:pgSz w:w="11905" w:h="16838"/>
      <w:pgMar w:top="893" w:right="1123" w:bottom="907"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4" w:line="266" w:lineRule="auto"/>
      <w:suppressAutoHyphens w:val="1"/>
    </w:pPr>
    <w:rPr>
      <w:rFonts w:ascii="Arial" w:hAnsi="Arial"/>
      <w:color w:val="212428"/>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suppressAutoHyphens w:val="1"/>
    </w:pPr>
    <w:rPr>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suppressAutoHyphens w:val="1"/>
    </w:pPr>
    <w:rPr>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suppressAutoHyphens w:val="1"/>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suppressAutoHyphens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suppressAutoHyphens w:val="1"/>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suppressAutoHyphens w:val="1"/>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uppressAutoHyphens w:val="1"/>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uppressAutoHyphens w:val="1"/>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uppressAutoHyphens w:val="1"/>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uppressAutoHyphens w:val="1"/>
    </w:pPr>
    <w:rPr>
      <w:rFonts w:asciiTheme="majorHAnsi" w:eastAsiaTheme="majorEastAsia" w:hAnsiTheme="majorHAnsi" w:cstheme="majorBidi"/>
      <w:color w:val="4F81BD" w:themeColor="accent1"/>
      <w:sz w:val="20"/>
      <w:szCs w:val="20"/>
      <w:lang w:val="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uppressAutoHyphens w:val="1"/>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suppressAutoHyphens w:val="1"/>
    </w:pPr>
    <w:rPr>
      <w:lang w:val="en-U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suppressAutoHyphens w:val="1"/>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uppressAutoHyphens w:val="1"/>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suppressAutoHyphens w:val="1"/>
    </w:pPr>
    <w:rPr>
      <w:lang w:val="en-US"/>
    </w:rPr>
  </w:style>
  <w:style w:type="paragraph" w:styleId="BodyText">
    <w:name w:val="Body Text"/>
    <w:basedOn w:val="Normal"/>
    <w:link w:val="BodyTextChar"/>
    <w:uiPriority w:val="99"/>
    <w:unhideWhenUsed/>
    <w:rsid w:val="00AA1D8D"/>
    <w:pPr>
      <w:spacing w:after="120"/>
      <w:suppressAutoHyphens w:val="1"/>
    </w:pPr>
    <w:rPr>
      <w:lang w:val="en-US"/>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suppressAutoHyphens w:val="1"/>
    </w:pPr>
    <w:rPr>
      <w:lang w:val="en-US"/>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suppressAutoHyphens w:val="1"/>
    </w:pPr>
    <w:rPr>
      <w:sz w:val="16"/>
      <w:szCs w:val="16"/>
      <w:lang w:val="en-US"/>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suppressAutoHyphens w:val="1"/>
    </w:pPr>
    <w:rPr>
      <w:lang w:val="en-US"/>
    </w:rPr>
  </w:style>
  <w:style w:type="paragraph" w:styleId="List2">
    <w:name w:val="List 2"/>
    <w:basedOn w:val="Normal"/>
    <w:uiPriority w:val="99"/>
    <w:unhideWhenUsed/>
    <w:rsid w:val="00326F90"/>
    <w:pPr>
      <w:ind w:left="720" w:hanging="360"/>
      <w:contextualSpacing/>
      <w:suppressAutoHyphens w:val="1"/>
    </w:pPr>
    <w:rPr>
      <w:lang w:val="en-US"/>
    </w:rPr>
  </w:style>
  <w:style w:type="paragraph" w:styleId="List3">
    <w:name w:val="List 3"/>
    <w:basedOn w:val="Normal"/>
    <w:uiPriority w:val="99"/>
    <w:unhideWhenUsed/>
    <w:rsid w:val="00326F90"/>
    <w:pPr>
      <w:ind w:left="1080" w:hanging="360"/>
      <w:contextualSpacing/>
      <w:suppressAutoHyphens w:val="1"/>
    </w:pPr>
    <w:rPr>
      <w:lang w:val="en-US"/>
    </w:rPr>
  </w:style>
  <w:style w:type="paragraph" w:styleId="ListBullet">
    <w:name w:val="List Bullet"/>
    <w:basedOn w:val="Normal"/>
    <w:uiPriority w:val="99"/>
    <w:unhideWhenUsed/>
    <w:rsid w:val="00326F90"/>
    <w:pPr>
      <w:numPr>
        <w:numId w:val="1"/>
      </w:numPr>
      <w:contextualSpacing/>
      <w:suppressAutoHyphens w:val="1"/>
    </w:pPr>
    <w:rPr>
      <w:lang w:val="en-US"/>
    </w:rPr>
  </w:style>
  <w:style w:type="paragraph" w:styleId="ListBullet2">
    <w:name w:val="List Bullet 2"/>
    <w:basedOn w:val="Normal"/>
    <w:uiPriority w:val="99"/>
    <w:unhideWhenUsed/>
    <w:rsid w:val="00326F90"/>
    <w:pPr>
      <w:numPr>
        <w:numId w:val="2"/>
      </w:numPr>
      <w:contextualSpacing/>
      <w:suppressAutoHyphens w:val="1"/>
    </w:pPr>
    <w:rPr>
      <w:lang w:val="en-US"/>
    </w:rPr>
  </w:style>
  <w:style w:type="paragraph" w:styleId="ListBullet3">
    <w:name w:val="List Bullet 3"/>
    <w:basedOn w:val="Normal"/>
    <w:uiPriority w:val="99"/>
    <w:unhideWhenUsed/>
    <w:rsid w:val="00326F90"/>
    <w:pPr>
      <w:numPr>
        <w:numId w:val="3"/>
      </w:numPr>
      <w:contextualSpacing/>
      <w:suppressAutoHyphens w:val="1"/>
    </w:pPr>
    <w:rPr>
      <w:lang w:val="en-US"/>
    </w:rPr>
  </w:style>
  <w:style w:type="paragraph" w:styleId="ListNumber">
    <w:name w:val="List Number"/>
    <w:basedOn w:val="Normal"/>
    <w:uiPriority w:val="99"/>
    <w:unhideWhenUsed/>
    <w:rsid w:val="00326F90"/>
    <w:pPr>
      <w:numPr>
        <w:numId w:val="5"/>
      </w:numPr>
      <w:contextualSpacing/>
      <w:suppressAutoHyphens w:val="1"/>
    </w:pPr>
    <w:rPr>
      <w:lang w:val="en-US"/>
    </w:rPr>
  </w:style>
  <w:style w:type="paragraph" w:styleId="ListNumber2">
    <w:name w:val="List Number 2"/>
    <w:basedOn w:val="Normal"/>
    <w:uiPriority w:val="99"/>
    <w:unhideWhenUsed/>
    <w:rsid w:val="0029639D"/>
    <w:pPr>
      <w:numPr>
        <w:numId w:val="6"/>
      </w:numPr>
      <w:contextualSpacing/>
      <w:suppressAutoHyphens w:val="1"/>
    </w:pPr>
    <w:rPr>
      <w:lang w:val="en-US"/>
    </w:rPr>
  </w:style>
  <w:style w:type="paragraph" w:styleId="ListNumber3">
    <w:name w:val="List Number 3"/>
    <w:basedOn w:val="Normal"/>
    <w:uiPriority w:val="99"/>
    <w:unhideWhenUsed/>
    <w:rsid w:val="0029639D"/>
    <w:pPr>
      <w:numPr>
        <w:numId w:val="7"/>
      </w:numPr>
      <w:contextualSpacing/>
      <w:suppressAutoHyphens w:val="1"/>
    </w:pPr>
    <w:rPr>
      <w:lang w:val="en-US"/>
    </w:rPr>
  </w:style>
  <w:style w:type="paragraph" w:styleId="ListContinue">
    <w:name w:val="List Continue"/>
    <w:basedOn w:val="Normal"/>
    <w:uiPriority w:val="99"/>
    <w:unhideWhenUsed/>
    <w:rsid w:val="0029639D"/>
    <w:pPr>
      <w:spacing w:after="120"/>
      <w:ind w:left="360"/>
      <w:contextualSpacing/>
      <w:suppressAutoHyphens w:val="1"/>
    </w:pPr>
    <w:rPr>
      <w:lang w:val="en-US"/>
    </w:rPr>
  </w:style>
  <w:style w:type="paragraph" w:styleId="ListContinue2">
    <w:name w:val="List Continue 2"/>
    <w:basedOn w:val="Normal"/>
    <w:uiPriority w:val="99"/>
    <w:unhideWhenUsed/>
    <w:rsid w:val="0029639D"/>
    <w:pPr>
      <w:spacing w:after="120"/>
      <w:ind w:left="720"/>
      <w:contextualSpacing/>
      <w:suppressAutoHyphens w:val="1"/>
    </w:pPr>
    <w:rPr>
      <w:lang w:val="en-US"/>
    </w:rPr>
  </w:style>
  <w:style w:type="paragraph" w:styleId="ListContinue3">
    <w:name w:val="List Continue 3"/>
    <w:basedOn w:val="Normal"/>
    <w:uiPriority w:val="99"/>
    <w:unhideWhenUsed/>
    <w:rsid w:val="0029639D"/>
    <w:pPr>
      <w:spacing w:after="120"/>
      <w:ind w:left="1080"/>
      <w:contextualSpacing/>
      <w:suppressAutoHyphens w:val="1"/>
    </w:pPr>
    <w:rPr>
      <w:lang w:val="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uppressAutoHyphens w:val="1"/>
    </w:pPr>
    <w:rPr>
      <w:rFonts w:ascii="Courier" w:hAnsi="Courier"/>
      <w:sz w:val="20"/>
      <w:szCs w:val="20"/>
      <w:lang w:val="en-US"/>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uppressAutoHyphens w:val="1"/>
    </w:pPr>
    <w:rPr>
      <w:i/>
      <w:iCs/>
      <w:color w:val="000000" w:themeColor="text1"/>
      <w:lang w:val="en-U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suppressAutoHyphens w:val="1"/>
    </w:pPr>
    <w:rPr>
      <w:b/>
      <w:bCs/>
      <w:color w:val="4F81BD" w:themeColor="accent1"/>
      <w:sz w:val="18"/>
      <w:szCs w:val="18"/>
      <w:lang w:val="en-US"/>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suppressAutoHyphens w:val="1"/>
    </w:pPr>
    <w:rPr>
      <w:b/>
      <w:bCs/>
      <w:i/>
      <w:iCs/>
      <w:color w:val="4F81BD" w:themeColor="accent1"/>
      <w:lang w:val="en-U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uppressAutoHyphens w:val="1"/>
    </w:pPr>
    <w:rPr>
      <w:lang w:val="en-U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Name">
    <w:name w:val="CV Name"/>
    <w:basedOn w:val="Normal"/>
    <w:pPr>
      <w:spacing w:after="0"/>
      <w:suppressAutoHyphens w:val="1"/>
    </w:pPr>
    <w:rPr>
      <w:rFonts w:ascii="Arial" w:hAnsi="Arial"/>
      <w:b/>
      <w:color w:val="1B1F24"/>
      <w:sz w:val="34"/>
      <w:lang w:val="en-US"/>
    </w:rPr>
  </w:style>
  <w:style w:type="paragraph" w:customStyle="1" w:styleId="CVTitle">
    <w:name w:val="CV Title"/>
    <w:basedOn w:val="Normal"/>
    <w:pPr>
      <w:spacing w:after="140"/>
      <w:suppressAutoHyphens w:val="1"/>
    </w:pPr>
    <w:rPr>
      <w:rFonts w:ascii="Arial" w:hAnsi="Arial"/>
      <w:b/>
      <w:color w:val="44494E"/>
      <w:sz w:val="21"/>
      <w:lang w:val="en-US"/>
    </w:rPr>
  </w:style>
  <w:style w:type="paragraph" w:customStyle="1" w:styleId="CVContact">
    <w:name w:val="CV Contact"/>
    <w:basedOn w:val="Normal"/>
    <w:pPr>
      <w:spacing w:after="34"/>
      <w:suppressAutoHyphens w:val="1"/>
    </w:pPr>
    <w:rPr>
      <w:rFonts w:ascii="Arial" w:hAnsi="Arial"/>
      <w:sz w:val="19"/>
      <w:lang w:val="en-US"/>
    </w:rPr>
  </w:style>
  <w:style w:type="paragraph" w:customStyle="1" w:styleId="CVSection">
    <w:name w:val="CV Section"/>
    <w:basedOn w:val="Normal"/>
    <w:pPr>
      <w:keepNext/>
      <w:spacing w:before="180" w:after="80"/>
      <w:suppressAutoHyphens w:val="1"/>
    </w:pPr>
    <w:rPr>
      <w:rFonts w:ascii="Arial" w:hAnsi="Arial"/>
      <w:b/>
      <w:color w:val="161D25"/>
      <w:sz w:val="22"/>
      <w:lang w:val="en-US"/>
    </w:rPr>
  </w:style>
  <w:style w:type="paragraph" w:customStyle="1" w:styleId="CVRole">
    <w:name w:val="CV Role"/>
    <w:basedOn w:val="Normal"/>
    <w:pPr>
      <w:keepNext/>
      <w:spacing w:after="80"/>
      <w:suppressAutoHyphens w:val="1"/>
    </w:pPr>
    <w:rPr>
      <w:rFonts w:ascii="Arial" w:hAnsi="Arial"/>
      <w:b/>
      <w:sz w:val="20"/>
      <w:lang w:val="en-US"/>
    </w:rPr>
  </w:style>
  <w:style w:type="paragraph" w:customStyle="1" w:styleId="CVProject">
    <w:name w:val="CV Project"/>
    <w:basedOn w:val="Normal"/>
    <w:pPr>
      <w:keepNext/>
      <w:spacing w:before="80" w:after="50"/>
      <w:suppressAutoHyphens w:val="1"/>
    </w:pPr>
    <w:rPr>
      <w:rFonts w:ascii="Arial" w:hAnsi="Arial"/>
      <w:b/>
      <w:sz w:val="20"/>
      <w:lang w:val="en-US"/>
    </w:rPr>
  </w:style>
  <w:style w:type="paragraph" w:customStyle="1" w:styleId="CVContent">
    <w:name w:val="CV Content"/>
    <w:basedOn w:val="Normal"/>
    <w:pPr>
      <w:spacing w:after="64"/>
      <w:suppressAutoHyphens w:val="1"/>
    </w:pPr>
    <w:rPr>
      <w:rFonts w:ascii="Arial" w:hAnsi="Arial"/>
      <w:sz w:val="20"/>
      <w:lang w:val="en-US"/>
    </w:rPr>
  </w:style>
  <w:style w:type="paragraph" w:customStyle="1" w:styleId="CVSmall">
    <w:name w:val="CV Small"/>
    <w:basedOn w:val="Normal"/>
    <w:pPr>
      <w:spacing w:before="180" w:after="0"/>
      <w:suppressAutoHyphens w:val="1"/>
    </w:pPr>
    <w:rPr>
      <w:rFonts w:ascii="Arial" w:hAnsi="Arial"/>
      <w:color w:val="4B5054"/>
      <w:sz w:val="16"/>
      <w:lang w:val="en-US"/>
    </w:rPr>
  </w:style>
  <w:style w:type="paragraph" w:customStyle="1" w:styleId="CVSkills">
    <w:name w:val="CV Skills"/>
    <w:basedOn w:val="Normal"/>
    <w:pPr>
      <w:spacing w:after="56"/>
      <w:suppressAutoHyphens w:val="1"/>
    </w:pPr>
    <w:rPr>
      <w:rFonts w:ascii="Arial" w:hAnsi="Arial"/>
      <w:sz w:val="20"/>
      <w:lang w:val="en-US"/>
    </w:rPr>
  </w:style>
  <w:style w:type="paragraph" w:customStyle="1" w:styleId="CVItem">
    <w:name w:val="CV Item"/>
    <w:basedOn w:val="Normal"/>
    <w:pPr>
      <w:spacing w:after="42"/>
      <w:suppressAutoHyphens w:val="1"/>
    </w:pPr>
    <w:rPr>
      <w:rFonts w:ascii="Arial" w:hAnsi="Arial"/>
      <w:sz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aleksandrakaleta96@gmail.com" TargetMode="External"/><Relationship Id="rId10" Type="http://schemas.openxmlformats.org/officeDocument/2006/relationships/hyperlink" Target="https://www.linkedin.com/in/aleka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Aleksandra Kaleta - ATS-friendly CV (2026)</dc:title>
  <dc:subject>Product Designer CV</dc:subject>
  <dc:creator>Aleksandra Kaleta</dc:creator>
  <cp:keywords>Product Designer; UX/UI Specialist; CV</cp:keywords>
  <dc:description>Single-column CV prepared from the public, no-phone-number CV.</dc:description>
  <cp:lastModifiedBy/>
  <cp:revision>1</cp:revision>
  <dcterms:created xsi:type="dcterms:W3CDTF">2013-12-23T23:15:00Z</dcterms:created>
  <dcterms:modified xsi:type="dcterms:W3CDTF">2013-12-23T23:15:00Z</dcterms:modified>
  <cp:category/>
</cp:coreProperties>
</file>